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  <w:jc w:val="left"/>
      </w:pPr>
      <w:r>
        <w:t>Editable Checklist Template</w:t>
      </w:r>
    </w:p>
    <w:p>
      <w:pPr>
        <w:spacing w:after="200"/>
      </w:pPr>
      <w:r>
        <w:t>Use this page for a printable checklist or edit the task rows directly in Microsoft Word.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</w:tblPr>
      <w:tblGrid>
        <w:gridCol w:w="5112"/>
        <w:gridCol w:w="5112"/>
      </w:tblGrid>
      <w:tr>
        <w:tc>
          <w:tcPr>
            <w:tcW w:type="dxa" w:w="511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20"/>
            </w:pPr>
            <w:r>
              <w:rPr>
                <w:b/>
                <w:color w:val="505050"/>
                <w:sz w:val="16"/>
              </w:rPr>
              <w:t>CHECKLIST NAME</w:t>
            </w:r>
          </w:p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511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20"/>
            </w:pPr>
            <w:r>
              <w:rPr>
                <w:b/>
                <w:color w:val="505050"/>
                <w:sz w:val="16"/>
              </w:rPr>
              <w:t>OWNER</w:t>
            </w:r>
          </w:p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511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20"/>
            </w:pPr>
            <w:r>
              <w:rPr>
                <w:b/>
                <w:color w:val="505050"/>
                <w:sz w:val="16"/>
              </w:rPr>
              <w:t>DATE</w:t>
            </w:r>
          </w:p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511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20"/>
            </w:pPr>
            <w:r>
              <w:rPr>
                <w:b/>
                <w:color w:val="505050"/>
                <w:sz w:val="16"/>
              </w:rPr>
              <w:t>DUE DATE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</w:tblPr>
      <w:tblGrid>
        <w:gridCol w:w="3408"/>
        <w:gridCol w:w="3408"/>
        <w:gridCol w:w="3408"/>
      </w:tblGrid>
      <w:tr>
        <w:tc>
          <w:tcPr>
            <w:tcW w:type="dxa" w:w="749"/>
            <w:vAlign w:val="center"/>
            <w:shd w:fill="2F4858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DONE</w:t>
            </w:r>
          </w:p>
        </w:tc>
        <w:tc>
          <w:tcPr>
            <w:tcW w:type="dxa" w:w="5760"/>
            <w:vAlign w:val="center"/>
            <w:shd w:fill="2F4858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/>
              <w:jc w:val="left"/>
            </w:pPr>
            <w:r>
              <w:rPr>
                <w:b/>
                <w:color w:val="FFFFFF"/>
                <w:sz w:val="18"/>
              </w:rPr>
              <w:t>TASK</w:t>
            </w:r>
          </w:p>
        </w:tc>
        <w:tc>
          <w:tcPr>
            <w:tcW w:type="dxa" w:w="3715"/>
            <w:vAlign w:val="center"/>
            <w:shd w:fill="2F4858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/>
              <w:jc w:val="left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749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  <w:jc w:val="center"/>
            </w:pPr>
            <w:r>
              <w:rPr>
                <w:rFonts w:ascii="Arial Unicode MS" w:hAnsi="Arial Unicode MS"/>
                <w:sz w:val="30"/>
              </w:rPr>
              <w:t>☐</w:t>
            </w:r>
          </w:p>
        </w:tc>
        <w:tc>
          <w:tcPr>
            <w:tcW w:type="dxa" w:w="5760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3715"/>
            <w:vAlign w:val="center"/>
            <w:tcMar>
              <w:top w:w="92" w:type="dxa"/>
              <w:start w:w="110" w:type="dxa"/>
              <w:bottom w:w="92" w:type="dxa"/>
              <w:end w:w="110" w:type="dxa"/>
            </w:tcMar>
            <w:shd w:fill="F5F7F8"/>
          </w:tcPr>
          <w:p>
            <w:pPr>
              <w:spacing w:after="0"/>
            </w:pPr>
            <w:r>
              <w:t xml:space="preserve"> 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64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60"/>
      <w:jc w:val="center"/>
    </w:pPr>
    <w:r>
      <w:rPr>
        <w:rFonts w:ascii="Aptos" w:hAnsi="Aptos"/>
        <w:color w:val="646464"/>
        <w:sz w:val="16"/>
      </w:rPr>
      <w:t>Editable Microsoft Word checklist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